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למורה: גם לי יש 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משימת סיכום: כתיבת סיפור קצר והפיכתו לרצועת קומיקס. 2–3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מחוון (100)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קריטריון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מבנה הסיפור (חמש תחנות ברורות)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דינמית ושינוי משכנע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אמצעים אומנותיים (דימוי, האנשה, ניגוד)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הקומיקס: משבצות, בועות ורצף ברור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לשון, כתיב ופיסוק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יצירתיות וכותרת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סה״כ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100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חנ״מ: 4 משבצות, פתיחות משפטים מוכנות, אפשר להכתיב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עולים: בועות במשפטים קצרים + מילון אישי של 5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יסודי: 3 משבצות – התחלה, אמצע, 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תיכון: נקודת תצפית מפתיעה והסבר הבחירה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🗯️ גם לי יש סיפור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1. רעיון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רגע קטן מהחיים שבו הייתם צריכים להחליט החלטה קשה: לחסוך או לבזבז, לוותר או להתעקש, לספר או לשתוק. רשמו במשפט אחד: מי? מה הבעיה? מה בחרתם?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2. הר הסיפור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תכננו חמש תחנות: אקספוזיציה (מי, איפה, מתי) → סיבוך (הבעיה) → נקודת מפנה → שיא → התרה. לכל תחנה משפט אחד.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3. כתיבת הסיפור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סיפור קצר של 150–250 מילים בגוף ראשון או שלישי. שלבו לפחות דימוי אחד, האנשה אחת וניגוד אחד, ודמות אחת שמשתנה (דמות דינמית).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4. מסיפור לקומיקס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חלקו את הסיפור ל־6–8 משבצות. בכל משבצת: ציור (אפשר דמויות מקלות!), בועת דיבור או בועת מחשבה, ושורת מספר קצרה למעלה. ציירו ביד על דף הקומיקס בקובץ, או בכל תבנית קומיקס שתבחרו.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5. ליטוש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בדקו: האם רואים את השיא? האם הבועות קצרות וברורות? האם הכותרת מסקרנת? תנו לחבר/ה לקרוא ולתת "שתי מחמאות והצעה אחת".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6. הצגה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תלו את הקומיקס בתערוכה כיתתית או הציגו אותו בזוגות. ספרו במשפט מה הדמות למדה.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⛰️ התכנון שלי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 אחד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אקספוזיציה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מפנה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✍️ הסיפור שלי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🖼️ דף הקומיקס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כותרת: ______________________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משבצת 1</w:t>
              <w:br/>
              <w:br/>
              <w:br/>
              <w:br/>
              <w:br/>
              <w:br/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משבצת 2</w:t>
              <w:br/>
              <w:br/>
              <w:br/>
              <w:br/>
              <w:br/>
              <w:br/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משבצת 3</w:t>
              <w:br/>
              <w:br/>
              <w:br/>
              <w:br/>
              <w:br/>
              <w:br/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משבצת 4</w:t>
              <w:br/>
              <w:br/>
              <w:br/>
              <w:br/>
              <w:br/>
              <w:br/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משבצת 5</w:t>
              <w:br/>
              <w:br/>
              <w:br/>
              <w:br/>
              <w:br/>
              <w:br/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משבצת 6</w:t>
              <w:br/>
              <w:br/>
              <w:br/>
              <w:br/>
              <w:br/>
              <w:br/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משבצת 7</w:t>
              <w:br/>
              <w:br/>
              <w:br/>
              <w:br/>
              <w:br/>
              <w:br/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משבצת 8</w:t>
              <w:br/>
              <w:br/>
              <w:br/>
              <w:br/>
              <w:br/>
              <w:br/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🎫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הדמות שלי למדה?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איזה אמצעי אומנותי הכי אהבתי להכניס?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הייתי משנה בגרסה הבאה?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גם לי יש סיפור – משימת קומיקס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